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Žádost o povolení záměru a souhlas účastníka řízení</w:t>
      </w:r>
    </w:p>
    <w:p>
      <w:r>
        <w:rPr>
          <w:color w:val="6B635C"/>
          <w:sz w:val="18"/>
        </w:rPr>
        <w:t>Vzor stavbadenik.cz · ke stažení zdarma · §§ 184, 185 a 212 stavebního zákona č. 283/2021 Sb. a příloha č. 1 vyhl. č. 149/2024 Sb.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Příslušný stavební úřad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Stavebník (jméno a příjmení / obchodní firma, datum narození / IČO, bydliště / sídlo, ID datové schránky)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Zástupce stavebníka (plná moc — projektant / inženýring)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Druh řízení (běžné řízení dle § 184 SZ / zrychlené řízení dle § 212 SZ / dodatečné povolení dle § 255 SZ)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Název a účel stavebního záměru (kategorie dle příloh č. 1–3 SZ)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Dotčené pozemky (obec, katastrální území, parcelní čísla, druh pozemku)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Sousední dotčené pozemky a stavby (parcelní čísla, č. p. / č. ev.)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Projektant (jméno, sídlo, číslo autorizace ČKAIT / ČKA, ID dokumentace v Portálu stavebníka)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Předpokládaný termín zahájení a dokončení stavby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Způsob provádění stavby (dodavatelsky — zhotovitel, IČO / svépomocí — stavbyvedoucí nebo stavební dozor dle § 159 SZ)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Seznam příloh žádosti (§ 184 odst. 2 stavebního zákona)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Č.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Příloha / vyjádření DOSS / vyjádření správce sítě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Č. j. / identifikátor v Portálu stavebníka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Počet listů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2. Souhlas vlastníka pozemku / stavby a účastníka řízení (§ 185 a § 212 odst. 1 písm. d) SZ)</w:t>
      </w:r>
    </w:p>
    <w:p>
      <w:pPr>
        <w:spacing w:after="120"/>
      </w:pPr>
      <w:r>
        <w:t>Já, níže podepsaný účastník řízení (vlastník dotčeného nebo sousedního pozemku / stavby), potvrzuji, že jsem se seznámil s projektovou dokumentací výše uvedeného stavebního záměru, a tímto vyslovuji bezvýhradný souhlas s povolením tohoto záměru (včetně vydání rozhodnutí ve zrychleném řízení podle § 212 zákona č. 283/2021 Sb.).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Jméno a příjmení / název účastníka, datum nar. / IČO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Vlastník parc. č. / stavby č. p.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Datum a vlastnoruční podpis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Stavebník (žadatel) — datum a podpis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Projektant (zástupce na základě plné moci)</w:t>
            </w:r>
          </w:p>
        </w:tc>
      </w:tr>
    </w:tbl>
    <w:p/>
    <w:p>
      <w:r>
        <w:rPr>
          <w:color w:val="6B635C"/>
          <w:sz w:val="16"/>
        </w:rPr>
        <w:t>Vzor zdarma ze stavbadenik.cz/vzory/zadost-o-povoleni-stavby. Orientační vzor, nenahrazuje právní poradenství ani úřední formulář Portálu stavebníka.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