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Protokol o tlakové zkoušce vodovodu / vytápění a zkoušce těsnosti kanalizace</w:t>
      </w:r>
    </w:p>
    <w:p>
      <w:r>
        <w:rPr>
          <w:color w:val="6B635C"/>
          <w:sz w:val="18"/>
        </w:rPr>
        <w:t>Vzor stavbadenik.cz · ke stažení zdarma · ČSN 75 5409, ČSN EN 806-4, ČSN 75 6760, ČSN EN 1610, § 232 odst. 2 písm. e) SZ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Číslo protokolu a datum provedení zkoušky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Stavba (název, adresa, parcelní č., k. ú.)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Objednatel (stavebník) a zhotovitel montáže TZB (firma, IČO, odpovědný montér)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Zkoušená část rozvodu (podlaží, větev, stoupačka, úsek šachta–šachta)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Materiál potrubí, dimenze (DN / dimenze v mm), celková délka zkoušeného úseku (m)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Zkušební médium (pitná voda / vzduch / inertní plyn) a teplota okolí / vody (°C)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Použité měřicí přístroje (manometr / tlakoměr — výrobní č., rozsah, třída přesnosti, platnost kalibrace)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1. Tlaková zkouška vnitřního vodovodu / otopné soustavy (ČSN 75 5409, ČSN EN 806-4, ČSN 06 0310)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Nejvyšší provozní tlak soustavy PN / MDP (MPa / bar)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Zkušební přetlak p_zk (MPa / bar — obvykle 1,5 × PN, min. 0,6 MPa u otopných soustav)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Čas natlakování a doba ustálení potrubí (min)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Počáteční tlak v čase T_0 (bar) a konečný tlak na konci zkoušky T_k (bar)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Tlakový pokles Δp (bar) a vizuální kontrola všech spojů a armatur (bez průsaků a deformací)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2. Zkouška těsnosti vnitřní a venkovní kanalizace (ČSN 75 6760, ČSN EN 1610)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Metoda zkoušky (vodou W / vzduchem L) a zkušební tlak / výška vodního sloupce (kPa / m v. sl.)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Doba trvání zkoušky (min) a zjištěný úbytek tlaku nebo dolévané množství vody (l / l·m⁻²)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Dovolený úbytek dle normy a vizuální kontrola hrdlových spojů a čistících kusů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3. Celkové vyhodnocení a souhlas se zakrytím rozvodů (§ 2626 OZ)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Výsledek zkoušky (VYHOVUJE — povoleno zakrytí konstrukce / NEVYHOVUJE — nutná oprava a opakovaná zkouška)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Číslo zápisu ve stavebním deníku a počet připojených fotografií (manometr + trasy rozvodů před zakrytím)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Zhotovitel montáže (zkoušku provedl)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Technický dozor stavebníka (TDS)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Stavbyvedoucí / Objednatel</w:t>
            </w:r>
          </w:p>
        </w:tc>
      </w:tr>
    </w:tbl>
    <w:p/>
    <w:p>
      <w:r>
        <w:rPr>
          <w:color w:val="6B635C"/>
          <w:sz w:val="16"/>
        </w:rPr>
        <w:t>Vzor zdarma ze stavbadenik.cz/vzory/zkouska-tesnosti-a-tlakova-zkouska. Orientační vzor, nenahrazuje projektovou dokumentaci ani příslušné ČSN.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